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ביחד – נתינה, עזרה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לנתינה, עזרה ושותפות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הציווי של הפועל לתת (תן, תני, תנו)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ההבדל בין פעולות שעושים ביחד לפעולות שעושים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יחד עם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ביחידה.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הצורות שהוזכרו ביחידה.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(יחד, לא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(בלי אף אחד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(מילה שאומרים כשמבקשים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שאומרים כשמקבלים 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השירים ועל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כולנו חיים תחת אותם שמיים, וזה מסמל שוויון ושייכות משותפת.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משחק כדורגל עושים ביחד, קריאת ספר בשקט עושים לבד.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חוזה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יצפו לחמישה משפטים ברורים בגוף ראשון רבים, שמתייחסים לעזרה הדדית, כבוד ונתינה בין חברי הכיתה.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מהצורות: תן, תני, תנו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לנתינה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שני השירים לפני פתיחת הדף ולבקש מהתלמידים לסמן מילים ששמעו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חלק ה'חוזה ביחד' בזוגות ואז לשתף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ביחד – נתינה, עזרה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על שני שירים שמדברים על נתינה ואהבה, ונתרגל מילים כמו ביחד, לבד, תודה ובבקשה. נחשוב גם על מה שאנחנו עושים יחד כקבוצה ומה אנחנו עושים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תן  ·  ביחד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'ביחד'?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יחד עם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אומרים כשמקבלים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'מתחת לשמיים' הוא של דויד ברוזה.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תן, תני, תנו הן צורות ציווי של הפועל לתת.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לי מים, בבקשה.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אנחנו משחקים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שאומרים כשמקבלים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שאומרים כשמבקשים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בבקשה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יחד, לא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בלי אף אחד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על השירים ועל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לדעתכם השיר נקרא 'מתחת לשמיים'?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לפעולה אחת שעושים ביחד ואחת שעושים 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חוזה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'חוזה ביחד' לכיתה: חמישה דברים שנעשה זה בשביל זה כדי לעזור ולהרגיש שייכים.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'ביחד' ל'לבד'?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צורת ציווי אחת של הפועל 'לתת'.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ביחד – נתינה, עזרה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