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ביחד – נתינה, עזרה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לנתינה, עזרה ושותפות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הציווי של הפועל לתת (תן, תני, תנו)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ההבדל בין פעולות שעושים ביחד לפעולות שעושים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גאיה ודין דין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יחד עם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פיקניק כיתתי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ביחידה.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לבד פירושו בלי אף אחד אחר.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הצורות שהוזכרו ביחידה.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פיקניק כיתתי נעשה ביחד עם כל הכיתה.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נושא היחידה.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(יחד, לא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(בלי אף אחד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(מעביר משהו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שאומרים כשמבקשים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(מילה שאומרים כשמקבלים 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השירים ועל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כולנו חיים תחת אותם שמיים, וזה מסמל שוויון ושייכות משותפת.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משחק כדורגל עושים ביחד, קריאת ספר בשקט עושים 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כשאנשים עוזרים זה לזה נוצרת תחושת ביטחון ושייכות וכולם מרגישים חלק מהקבוצה.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חוזה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יצפו לחמישה משפטים ברורים בגוף ראשון רבים, שמתייחסים לעזרה הדדית, כבוד ונתינה בין חברי הכיתה.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מהצורות: תן, תני, תנו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לנתינה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שני השירים לפני פתיחת הדף ולבקש מהתלמידים לסמן מילים ששמעו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חלק ה'חוזה ביחד' בזוגות ואז לשתף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ביחד – נתינה, עזרה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חדשות: ביחד, לבד, תודה, בבקשה. נשיר שירים ונדבר על עזרה בין 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יחד עם מישהו אחר, לא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אף אחד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נותן / נותנת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 משהו למישהו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עוזר / עוזרת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מסייע למישהו שצריך 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שמבקשים בה דבר מה, כמו תן, תני, 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מקבוצה או מקהילה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קהילתי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שנובע מתמיכה ועזרה הדדית בין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שר את השיר 'שיר לאהבה'?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דויד ברוזה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גאיה ודין דין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'ביחד'?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יחד עם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בקשה או הוראה?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אחרי שמישהו עזר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כל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קריאת ספר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פיקניק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'מתחת לשמיים' הוא של דויד ברוזה.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'לבד' פירושה יחד עם 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תן, תני, תנו הן צורות ציווי של הפועל לתת.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פיקניק כיתתי הוא דוגמה לפעילות שעושים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לומדים גם על נתינה ועזרה הדדית.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לי מים, בבקשה.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לך מתנה (לשון זכר).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משחקים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רבה על העזרה!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'מתחת ל__________' מדבר על כך שכולנו תחת אותם שמיים.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בלי אף אחד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שאומרים כשמקבלים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נותן / נותנת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שאומרים כשמבקשים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בבקשה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יחד, לא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מעביר משהו למישהו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השירים ועל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השיר נקרא 'מתחת לשמיים'?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לפעולה אחת שעושים ביחד ואחת שעושים 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נתינה ועזרה הדדית מחזקות קבוצה או 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חוזה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'חוזה ביחד' לכיתה: חמישה דברים שנעשה זה בשביל זה כדי לעזור ולהרגיש שייכים.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'ביחד' ל'לבד'?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צורת ציווי אחת של הפועל 'לתת'.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מהיחידה הזאת נתן לכם תחושת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ביחד – נתינה, עזרה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