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ביחד – נתינה, עזרה ושייכות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לנתינה, עזרה ושותפות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צורת הציווי של הפועל לתת (תן, תני, תנו)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ההבדל בין פעולות שעושים ביחד לפעולות שעושים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גאיה ודין דין אביב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יחד עם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פיקניק כיתתי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ביחידה.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לבד פירושו בלי אף אחד אחר.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אלו הצורות שהוזכרו ביחידה.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פיקניק כיתתי נעשה ביחד עם כל הכיתה.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מתואר נושא היחידה.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(יחד, לא לבד)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(בלי אף אחד 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(מעביר משהו למישהו)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(מילה שאומרים כשמבקשים משהו)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(מילה שאומרים כשמקבלים עזרה)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חושבים על השירים ועל ביחד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כולנו חיים תחת אותם שמיים, וזה מסמל שוויון ושייכות משותפת.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משחק כדורגל עושים ביחד, קריאת ספר בשקט עושים לבד.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כשאנשים עוזרים זה לזה נוצרת תחושת ביטחון ושייכות וכולם מרגישים חלק מהקבוצה.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חוזה ביחד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יצפו לחמישה משפטים ברורים בגוף ראשון רבים, שמתייחסים לעזרה הדדית, כבוד ונתינה בין חברי הכיתה.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הבדל ברור בין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אחת מהצורות: תן, תני, תנו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הקשורה לנתינה או עזרה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שני השירים לפני פתיחת הדף ולבקש מהתלמידים לסמן מילים ששמעו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לבצע את חלק ה'חוזה ביחד' בזוגות ואז לשתף במליאה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אפשר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ביחד – נתינה, עזרה ושייכות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ביחידה הזו נלמד על שני שירים שמדברים על נתינה ואהבה, ונתרגל מילים כמו ביחד, לבד, תודה ובבקשה. נחשוב גם על מה שאנחנו עושים יחד כקבוצה ומה אנחנו עושים לבד.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שר את השיר 'שיר לאהבה'?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דויד ברוזה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גאיה ודין דין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המילה 'ביחד'?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יחד עם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מהמילים הבאות היא צורת ציווי?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אומרים כשמקבלים עזרה?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פעילות שייכת לקבוצה 'עושים ביחד'?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קריאת ספר בשקט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כתיבת יומן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פיקניק כיתתי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'מתחת לשמיים' הוא של דויד ברוזה.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'לבד' פירושה יחד עם חברים.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תן, תני, תנו הן צורות ציווי של הפועל לתת.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פיקניק כיתתי הוא דוגמה לפעילות שעושים 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ביחידה לומדים גם על נתינה ועזרה הדדית.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לי מים, בבקשה.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אני __________ לך מתנה (לשון זכר).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אנחנו משחקים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רבה על העזרה!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השיר 'מתחת ל__________' מדבר על כך שכולנו תחת אותם שמיים.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מתאימים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ביחד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מילה שאומרים כשמבקשים משהו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מעביר משהו למישהו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נותן / נותנת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מילה שאומרים כשמקבלים עזרה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בבקשה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בלי אף אחד 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יחד, לא לבד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חושבים על השירים ועל ביחד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לדעתכם השיר נקרא 'מתחת לשמיים'?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לפעולה אחת שעושים ביחד ואחת שעושים לבד.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נתינה ועזרה הדדית מחזקות קבוצה או כיתה?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חוזה ביחד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'חוזה ביחד' לכיתה: חמישה דברים שנעשה זה בשביל זה כדי לעזור ולהרגיש שייכים.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'ביחד' ל'לבד'?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צורת ציווי אחת של הפועל 'לתת'.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מהיחידה הזאת נתן לכם תחושת שייכות?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ביחד – נתינה, עזרה ושייכות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